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Times New Roman" w:hAnsi="Times New Roman"/>
          <w:sz w:val="24"/>
        </w:rPr>
      </w:r>
      <w:r>
        <w:drawing>
          <wp:inline xmlns:a="http://schemas.openxmlformats.org/drawingml/2006/main" xmlns:pic="http://schemas.openxmlformats.org/drawingml/2006/picture">
            <wp:extent cx="2468880" cy="2468880"/>
            <wp:docPr id="1" name="Picture 1"/>
            <wp:cNvGraphicFramePr>
              <a:graphicFrameLocks noChangeAspect="1"/>
            </wp:cNvGraphicFramePr>
            <a:graphic>
              <a:graphicData uri="http://schemas.openxmlformats.org/drawingml/2006/picture">
                <pic:pic>
                  <pic:nvPicPr>
                    <pic:cNvPr id="0" name="01-file_00000000996c81f68c9463ab2306ce09.png"/>
                    <pic:cNvPicPr/>
                  </pic:nvPicPr>
                  <pic:blipFill>
                    <a:blip r:embed="rId10"/>
                    <a:stretch>
                      <a:fillRect/>
                    </a:stretch>
                  </pic:blipFill>
                  <pic:spPr>
                    <a:xfrm>
                      <a:off x="0" y="0"/>
                      <a:ext cx="2468880" cy="2468880"/>
                    </a:xfrm>
                    <a:prstGeom prst="rect"/>
                  </pic:spPr>
                </pic:pic>
              </a:graphicData>
            </a:graphic>
          </wp:inline>
        </w:drawing>
      </w:r>
    </w:p>
    <w:p>
      <w:pPr>
        <w:spacing w:after="240"/>
        <w:jc w:val="center"/>
      </w:pPr>
      <w:r>
        <w:rPr>
          <w:rFonts w:ascii="Times New Roman" w:hAnsi="Times New Roman"/>
          <w:sz w:val="48"/>
        </w:rPr>
        <w:t>Circle of the Elders</w:t>
      </w:r>
    </w:p>
    <w:p>
      <w:pPr>
        <w:spacing w:after="240"/>
        <w:jc w:val="center"/>
      </w:pPr>
      <w:r>
        <w:rPr>
          <w:rFonts w:ascii="Times New Roman" w:hAnsi="Times New Roman"/>
          <w:sz w:val="34"/>
        </w:rPr>
        <w:t>This Grace Bible Churches</w:t>
      </w:r>
    </w:p>
    <w:p>
      <w:pPr>
        <w:spacing w:after="240"/>
        <w:jc w:val="center"/>
      </w:pPr>
      <w:r>
        <w:rPr>
          <w:rFonts w:ascii="Times New Roman" w:hAnsi="Times New Roman"/>
          <w:sz w:val="42"/>
        </w:rPr>
        <w:t>Administrative Forms</w:t>
      </w:r>
    </w:p>
    <w:p>
      <w:pPr>
        <w:spacing w:after="240"/>
        <w:jc w:val="center"/>
      </w:pPr>
      <w:r>
        <w:rPr>
          <w:rFonts w:ascii="Times New Roman" w:hAnsi="Times New Roman"/>
          <w:sz w:val="26"/>
        </w:rPr>
        <w:t>Wesley S. Ray</w:t>
      </w:r>
    </w:p>
    <w:p>
      <w:pPr>
        <w:spacing w:after="240"/>
        <w:jc w:val="center"/>
      </w:pPr>
      <w:r>
        <w:rPr>
          <w:rFonts w:ascii="Times New Roman" w:hAnsi="Times New Roman"/>
          <w:sz w:val="24"/>
        </w:rPr>
        <w:t>Founding Bishop</w:t>
      </w:r>
    </w:p>
    <w:p>
      <w:pPr>
        <w:spacing w:after="240"/>
        <w:jc w:val="center"/>
      </w:pPr>
      <w:r>
        <w:rPr>
          <w:rFonts w:ascii="Times New Roman" w:hAnsi="Times New Roman"/>
          <w:sz w:val="22"/>
        </w:rPr>
        <w:t>2100 W M. L. King Jr. Blvd</w:t>
        <w:br/>
        <w:t>Ste# 4342</w:t>
        <w:br/>
        <w:t>Tyler TX 75712</w:t>
      </w:r>
    </w:p>
    <w:p>
      <w:pPr>
        <w:spacing w:after="240"/>
        <w:jc w:val="center"/>
      </w:pPr>
      <w:r>
        <w:rPr>
          <w:rFonts w:ascii="Times New Roman" w:hAnsi="Times New Roman"/>
          <w:sz w:val="22"/>
        </w:rPr>
        <w:t>(903) 827-6211</w:t>
        <w:br/>
        <w:t>circleoftheelderstgbc@gmail.com</w:t>
      </w:r>
    </w:p>
    <w:p>
      <w:r>
        <w:br w:type="page"/>
      </w:r>
    </w:p>
    <w:p>
      <w:pPr>
        <w:pStyle w:val="Title"/>
      </w:pPr>
      <w:r>
        <w:t>Circle of the Elders Administrative Forms</w:t>
      </w:r>
    </w:p>
    <w:p>
      <w:r>
        <w:t>This Grace Bible Churches</w:t>
      </w:r>
    </w:p>
    <w:p>
      <w:r>
        <w:t>These proposed blank forms support the existing TGBC constitution, bylaws, Circle Charter, credentialing manual, succession declaration, and administrative policies. They document authorized actions and do not amend those instruments or certify that an action has occurred.</w:t>
      </w:r>
    </w:p>
    <w:p>
      <w:r>
        <w:t>Wesley S. Ray</w:t>
        <w:br/>
        <w:t>Founding Bishop</w:t>
        <w:br/>
        <w:t>Circle of the Elders</w:t>
        <w:br/>
        <w:t>This Grace Bible Churches</w:t>
      </w:r>
    </w:p>
    <w:p>
      <w:r>
        <w:t>2100 W M. L. King Jr. Blvd</w:t>
        <w:br/>
        <w:t>Ste# 4342</w:t>
        <w:br/>
        <w:t>Tyler TX 75712</w:t>
        <w:br/>
        <w:t>(903) 827-6211</w:t>
        <w:br/>
        <w:t>circleoftheelderstgbc@gmail.com</w:t>
      </w:r>
    </w:p>
    <w:p>
      <w:r>
        <w:t>Prepared October 3 2026</w:t>
        <w:br/>
        <w:t>Status Proposed administrative forms for review and authorized use</w:t>
      </w:r>
    </w:p>
    <w:p>
      <w:pPr>
        <w:pStyle w:val="Heading1"/>
      </w:pPr>
      <w:r>
        <w:t>Record handling</w:t>
      </w:r>
    </w:p>
    <w:p>
      <w:r>
        <w:t>Keep completed records in the appropriate permanent or confidential organizational file. Publish blank forms only. Retain actual approval dates, signatures, governing authority, and record references. Use the current governing documents if a form or procedure appears to conflict with them.</w:t>
      </w:r>
    </w:p>
    <w:p>
      <w:r>
        <w:br w:type="page"/>
      </w:r>
    </w:p>
    <w:p>
      <w:pPr>
        <w:pStyle w:val="Heading1"/>
      </w:pPr>
      <w:r>
        <w:t>Circle Appointment Record</w:t>
      </w:r>
    </w:p>
    <w:p>
      <w:r>
        <w:t>Use after an authorized appointment or recognition under the Circle Charter. This form records the action and does not confer appointment by itself.</w:t>
      </w:r>
    </w:p>
    <w:p>
      <w:r>
        <w:rPr>
          <w:b/>
        </w:rPr>
        <w:t>Full name</w:t>
      </w:r>
    </w:p>
    <w:p>
      <w:r>
        <w:t>________________________________________________________________</w:t>
      </w:r>
    </w:p>
    <w:p>
      <w:r>
        <w:rPr>
          <w:b/>
        </w:rPr>
        <w:t>Contact information</w:t>
      </w:r>
    </w:p>
    <w:p>
      <w:r>
        <w:t>________________________________________________________________</w:t>
      </w:r>
    </w:p>
    <w:p>
      <w:r>
        <w:rPr>
          <w:b/>
        </w:rPr>
        <w:t>Qualifying ecclesiastical office if applicable</w:t>
      </w:r>
    </w:p>
    <w:p>
      <w:r>
        <w:t>________________________________________________________________</w:t>
      </w:r>
    </w:p>
    <w:p>
      <w:r>
        <w:rPr>
          <w:b/>
        </w:rPr>
        <w:t>Doctrinal affirmation received on</w:t>
      </w:r>
    </w:p>
    <w:p>
      <w:r>
        <w:t>________________________________________________________________</w:t>
      </w:r>
    </w:p>
    <w:p>
      <w:r>
        <w:rPr>
          <w:b/>
        </w:rPr>
        <w:t>Appointing authority and governing provision</w:t>
      </w:r>
    </w:p>
    <w:p>
      <w:r>
        <w:t>________________________________________________________________</w:t>
      </w:r>
    </w:p>
    <w:p>
      <w:r>
        <w:rPr>
          <w:b/>
        </w:rPr>
        <w:t>Appointment effective date</w:t>
      </w:r>
    </w:p>
    <w:p>
      <w:r>
        <w:t>________________________________________________________________</w:t>
      </w:r>
    </w:p>
    <w:p>
      <w:r>
        <w:rPr>
          <w:b/>
        </w:rPr>
        <w:t>Responsibilities or limitations</w:t>
      </w:r>
    </w:p>
    <w:p>
      <w:r>
        <w:t>________________________________________________________________</w:t>
      </w:r>
    </w:p>
    <w:p>
      <w:r>
        <w:rPr>
          <w:b/>
        </w:rPr>
        <w:t>Permanent record reference</w:t>
      </w:r>
    </w:p>
    <w:p>
      <w:r>
        <w:t>________________________________________________________________</w:t>
      </w:r>
    </w:p>
    <w:p>
      <w:r>
        <w:rPr>
          <w:b/>
        </w:rPr>
        <w:t>Approving signature and date</w:t>
      </w:r>
    </w:p>
    <w:p>
      <w:r>
        <w:t>________________________________________________________________</w:t>
      </w:r>
    </w:p>
    <w:p>
      <w:r>
        <w:rPr>
          <w:b/>
        </w:rPr>
        <w:t>Appointee acceptance signature and date</w:t>
      </w:r>
    </w:p>
    <w:p>
      <w:r>
        <w:t>________________________________________________________________</w:t>
      </w:r>
    </w:p>
    <w:p>
      <w:pPr>
        <w:pStyle w:val="Caption"/>
      </w:pPr>
      <w:r>
        <w:t>This Grace Bible Churches  |  Circle of the Elders  |  Proposed blank form</w:t>
      </w:r>
    </w:p>
    <w:p>
      <w:r>
        <w:br w:type="page"/>
      </w:r>
    </w:p>
    <w:p>
      <w:pPr>
        <w:pStyle w:val="Heading1"/>
      </w:pPr>
      <w:r>
        <w:t>Meeting Notice and Agenda</w:t>
      </w:r>
    </w:p>
    <w:p>
      <w:r>
        <w:t>Use for regular or special meetings authorized by the governing documents. Provide reasonable notice whenever practicable.</w:t>
      </w:r>
    </w:p>
    <w:p>
      <w:r>
        <w:rPr>
          <w:b/>
        </w:rPr>
        <w:t>Meeting date and time with timezone</w:t>
      </w:r>
    </w:p>
    <w:p>
      <w:r>
        <w:t>________________________________________________________________</w:t>
      </w:r>
    </w:p>
    <w:p>
      <w:r>
        <w:rPr>
          <w:b/>
        </w:rPr>
        <w:t>Meeting location or remote communication details</w:t>
      </w:r>
    </w:p>
    <w:p>
      <w:r>
        <w:t>________________________________________________________________</w:t>
      </w:r>
    </w:p>
    <w:p>
      <w:r>
        <w:rPr>
          <w:b/>
        </w:rPr>
        <w:t>Meeting type and calling authority</w:t>
      </w:r>
    </w:p>
    <w:p>
      <w:r>
        <w:t>________________________________________________________________</w:t>
      </w:r>
    </w:p>
    <w:p>
      <w:r>
        <w:rPr>
          <w:b/>
        </w:rPr>
        <w:t>Members notified and notice delivery date</w:t>
      </w:r>
    </w:p>
    <w:p>
      <w:r>
        <w:t>________________________________________________________________</w:t>
      </w:r>
    </w:p>
    <w:p>
      <w:r>
        <w:rPr>
          <w:b/>
        </w:rPr>
        <w:t>Purpose and proposed actions</w:t>
      </w:r>
    </w:p>
    <w:p>
      <w:r>
        <w:t>________________________________________________________________</w:t>
      </w:r>
    </w:p>
    <w:p>
      <w:r>
        <w:rPr>
          <w:b/>
        </w:rPr>
        <w:t>Documents circulated for review</w:t>
      </w:r>
    </w:p>
    <w:p>
      <w:r>
        <w:t>________________________________________________________________</w:t>
      </w:r>
    </w:p>
    <w:p>
      <w:r>
        <w:rPr>
          <w:b/>
        </w:rPr>
        <w:t>Chair and recording secretary</w:t>
      </w:r>
    </w:p>
    <w:p>
      <w:r>
        <w:t>________________________________________________________________</w:t>
      </w:r>
    </w:p>
    <w:p>
      <w:r>
        <w:rPr>
          <w:b/>
        </w:rPr>
        <w:t>Contact for questions</w:t>
      </w:r>
    </w:p>
    <w:p>
      <w:r>
        <w:t>________________________________________________________________</w:t>
      </w:r>
    </w:p>
    <w:p>
      <w:pPr>
        <w:pStyle w:val="Caption"/>
      </w:pPr>
      <w:r>
        <w:t>This Grace Bible Churches  |  Circle of the Elders  |  Proposed blank form</w:t>
      </w:r>
    </w:p>
    <w:p>
      <w:r>
        <w:br w:type="page"/>
      </w:r>
    </w:p>
    <w:p>
      <w:pPr>
        <w:pStyle w:val="Heading1"/>
      </w:pPr>
      <w:r>
        <w:t>Meeting Minutes and Voting Record</w:t>
      </w:r>
    </w:p>
    <w:p>
      <w:r>
        <w:t>Record the actual meeting and votes. Use the controlling quorum and voting rule; this form adds no new voting threshold.</w:t>
      </w:r>
    </w:p>
    <w:p>
      <w:r>
        <w:rPr>
          <w:b/>
        </w:rPr>
        <w:t>Meeting date and location or method</w:t>
      </w:r>
    </w:p>
    <w:p>
      <w:r>
        <w:t>________________________________________________________________</w:t>
      </w:r>
    </w:p>
    <w:p>
      <w:r>
        <w:rPr>
          <w:b/>
        </w:rPr>
        <w:t>Presiding person and recording secretary</w:t>
      </w:r>
    </w:p>
    <w:p>
      <w:r>
        <w:t>________________________________________________________________</w:t>
      </w:r>
    </w:p>
    <w:p>
      <w:r>
        <w:rPr>
          <w:b/>
        </w:rPr>
        <w:t>Recognized voting membership total</w:t>
      </w:r>
    </w:p>
    <w:p>
      <w:r>
        <w:t>________________________________________________________________</w:t>
      </w:r>
    </w:p>
    <w:p>
      <w:r>
        <w:rPr>
          <w:b/>
        </w:rPr>
        <w:t>Members present and absent</w:t>
      </w:r>
    </w:p>
    <w:p>
      <w:r>
        <w:t>________________________________________________________________</w:t>
      </w:r>
    </w:p>
    <w:p>
      <w:r>
        <w:rPr>
          <w:b/>
        </w:rPr>
        <w:t>Quorum provision and determination</w:t>
      </w:r>
    </w:p>
    <w:p>
      <w:r>
        <w:t>________________________________________________________________</w:t>
      </w:r>
    </w:p>
    <w:p>
      <w:r>
        <w:rPr>
          <w:b/>
        </w:rPr>
        <w:t>Motion or resolution text</w:t>
      </w:r>
    </w:p>
    <w:p>
      <w:r>
        <w:t>________________________________________________________________</w:t>
      </w:r>
    </w:p>
    <w:p>
      <w:r>
        <w:rPr>
          <w:b/>
        </w:rPr>
        <w:t>Eligible participating voters</w:t>
      </w:r>
    </w:p>
    <w:p>
      <w:r>
        <w:t>________________________________________________________________</w:t>
      </w:r>
    </w:p>
    <w:p>
      <w:r>
        <w:rPr>
          <w:b/>
        </w:rPr>
        <w:t>Votes for against and abstaining</w:t>
      </w:r>
    </w:p>
    <w:p>
      <w:r>
        <w:t>________________________________________________________________</w:t>
      </w:r>
    </w:p>
    <w:p>
      <w:r>
        <w:rPr>
          <w:b/>
        </w:rPr>
        <w:t>Conflict disclosures and recusals</w:t>
      </w:r>
    </w:p>
    <w:p>
      <w:r>
        <w:t>________________________________________________________________</w:t>
      </w:r>
    </w:p>
    <w:p>
      <w:r>
        <w:rPr>
          <w:b/>
        </w:rPr>
        <w:t>Decision and follow-up responsibility</w:t>
      </w:r>
    </w:p>
    <w:p>
      <w:r>
        <w:t>________________________________________________________________</w:t>
      </w:r>
    </w:p>
    <w:p>
      <w:r>
        <w:rPr>
          <w:b/>
        </w:rPr>
        <w:t>Approval of minutes and date</w:t>
      </w:r>
    </w:p>
    <w:p>
      <w:r>
        <w:t>________________________________________________________________</w:t>
      </w:r>
    </w:p>
    <w:p>
      <w:pPr>
        <w:pStyle w:val="Caption"/>
      </w:pPr>
      <w:r>
        <w:t>This Grace Bible Churches  |  Circle of the Elders  |  Proposed blank form</w:t>
      </w:r>
    </w:p>
    <w:p>
      <w:r>
        <w:br w:type="page"/>
      </w:r>
    </w:p>
    <w:p>
      <w:pPr>
        <w:pStyle w:val="Heading1"/>
      </w:pPr>
      <w:r>
        <w:t>Doctrinal Affirmation</w:t>
      </w:r>
    </w:p>
    <w:p>
      <w:r>
        <w:t>Use for an applicant or Circle participant as required by the controlling instrument. Review the full statement of faith before signing.</w:t>
      </w:r>
    </w:p>
    <w:p>
      <w:r>
        <w:rPr>
          <w:b/>
        </w:rPr>
        <w:t>Name and role sought</w:t>
      </w:r>
    </w:p>
    <w:p>
      <w:r>
        <w:t>________________________________________________________________</w:t>
      </w:r>
    </w:p>
    <w:p>
      <w:r>
        <w:rPr>
          <w:b/>
        </w:rPr>
        <w:t>Statement of Faith version reviewed</w:t>
      </w:r>
    </w:p>
    <w:p>
      <w:r>
        <w:t>________________________________________________________________</w:t>
      </w:r>
    </w:p>
    <w:p>
      <w:r>
        <w:rPr>
          <w:b/>
        </w:rPr>
        <w:t>Affirmation of KJB final written authority</w:t>
      </w:r>
    </w:p>
    <w:p>
      <w:r>
        <w:t>________________________________________________________________</w:t>
      </w:r>
    </w:p>
    <w:p>
      <w:r>
        <w:rPr>
          <w:b/>
        </w:rPr>
        <w:t>Affirmation of the Gospel of Christ and grace through faith</w:t>
      </w:r>
    </w:p>
    <w:p>
      <w:r>
        <w:t>________________________________________________________________</w:t>
      </w:r>
    </w:p>
    <w:p>
      <w:r>
        <w:rPr>
          <w:b/>
        </w:rPr>
        <w:t>Affirmation of right division and TGBC Pauline distinctives</w:t>
      </w:r>
    </w:p>
    <w:p>
      <w:r>
        <w:t>________________________________________________________________</w:t>
      </w:r>
    </w:p>
    <w:p>
      <w:r>
        <w:rPr>
          <w:b/>
        </w:rPr>
        <w:t>Affirmation of recognized offices and assembly practice</w:t>
      </w:r>
    </w:p>
    <w:p>
      <w:r>
        <w:t>________________________________________________________________</w:t>
      </w:r>
    </w:p>
    <w:p>
      <w:r>
        <w:rPr>
          <w:b/>
        </w:rPr>
        <w:t>Questions or reservations requiring examination</w:t>
      </w:r>
    </w:p>
    <w:p>
      <w:r>
        <w:t>________________________________________________________________</w:t>
      </w:r>
    </w:p>
    <w:p>
      <w:r>
        <w:rPr>
          <w:b/>
        </w:rPr>
        <w:t>Signature and date</w:t>
      </w:r>
    </w:p>
    <w:p>
      <w:r>
        <w:t>________________________________________________________________</w:t>
      </w:r>
    </w:p>
    <w:p>
      <w:r>
        <w:rPr>
          <w:b/>
        </w:rPr>
        <w:t>Reviewing authority and record reference</w:t>
      </w:r>
    </w:p>
    <w:p>
      <w:r>
        <w:t>________________________________________________________________</w:t>
      </w:r>
    </w:p>
    <w:p>
      <w:pPr>
        <w:pStyle w:val="Caption"/>
      </w:pPr>
      <w:r>
        <w:t>This Grace Bible Churches  |  Circle of the Elders  |  Proposed blank form</w:t>
      </w:r>
    </w:p>
    <w:p>
      <w:r>
        <w:br w:type="page"/>
      </w:r>
    </w:p>
    <w:p>
      <w:pPr>
        <w:pStyle w:val="Heading1"/>
      </w:pPr>
      <w:r>
        <w:t>Ministerial Recognition Application</w:t>
      </w:r>
    </w:p>
    <w:p>
      <w:r>
        <w:t>An application initiates examination under the Credentialing Manual. It does not grant ordination or good standing.</w:t>
      </w:r>
    </w:p>
    <w:p>
      <w:r>
        <w:rPr>
          <w:b/>
        </w:rPr>
        <w:t>Full name and contact information</w:t>
      </w:r>
    </w:p>
    <w:p>
      <w:r>
        <w:t>________________________________________________________________</w:t>
      </w:r>
    </w:p>
    <w:p>
      <w:r>
        <w:rPr>
          <w:b/>
        </w:rPr>
        <w:t>Office sought Bishop or Deacon</w:t>
      </w:r>
    </w:p>
    <w:p>
      <w:r>
        <w:t>________________________________________________________________</w:t>
      </w:r>
    </w:p>
    <w:p>
      <w:r>
        <w:rPr>
          <w:b/>
        </w:rPr>
        <w:t>Local assembly relationship</w:t>
      </w:r>
    </w:p>
    <w:p>
      <w:r>
        <w:t>________________________________________________________________</w:t>
      </w:r>
    </w:p>
    <w:p>
      <w:r>
        <w:rPr>
          <w:b/>
        </w:rPr>
        <w:t>Testimony of salvation</w:t>
      </w:r>
    </w:p>
    <w:p>
      <w:r>
        <w:t>________________________________________________________________</w:t>
      </w:r>
    </w:p>
    <w:p>
      <w:r>
        <w:rPr>
          <w:b/>
        </w:rPr>
        <w:t>Doctrinal statement and affirmation</w:t>
      </w:r>
    </w:p>
    <w:p>
      <w:r>
        <w:t>________________________________________________________________</w:t>
      </w:r>
    </w:p>
    <w:p>
      <w:r>
        <w:rPr>
          <w:b/>
        </w:rPr>
        <w:t>Ministry history and prior credentials</w:t>
      </w:r>
    </w:p>
    <w:p>
      <w:r>
        <w:t>________________________________________________________________</w:t>
      </w:r>
    </w:p>
    <w:p>
      <w:r>
        <w:rPr>
          <w:b/>
        </w:rPr>
        <w:t>References and permission to contact</w:t>
      </w:r>
    </w:p>
    <w:p>
      <w:r>
        <w:t>________________________________________________________________</w:t>
      </w:r>
    </w:p>
    <w:p>
      <w:r>
        <w:rPr>
          <w:b/>
        </w:rPr>
        <w:t>Relevant qualification matters for confidential review</w:t>
      </w:r>
    </w:p>
    <w:p>
      <w:r>
        <w:t>________________________________________________________________</w:t>
      </w:r>
    </w:p>
    <w:p>
      <w:r>
        <w:rPr>
          <w:b/>
        </w:rPr>
        <w:t>Applicant signature and date</w:t>
      </w:r>
    </w:p>
    <w:p>
      <w:r>
        <w:t>________________________________________________________________</w:t>
      </w:r>
    </w:p>
    <w:p>
      <w:r>
        <w:rPr>
          <w:b/>
        </w:rPr>
        <w:t>Receiving authority and date</w:t>
      </w:r>
    </w:p>
    <w:p>
      <w:r>
        <w:t>________________________________________________________________</w:t>
      </w:r>
    </w:p>
    <w:p>
      <w:pPr>
        <w:pStyle w:val="Caption"/>
      </w:pPr>
      <w:r>
        <w:t>This Grace Bible Churches  |  Circle of the Elders  |  Proposed blank form</w:t>
      </w:r>
    </w:p>
    <w:p>
      <w:r>
        <w:br w:type="page"/>
      </w:r>
    </w:p>
    <w:p>
      <w:pPr>
        <w:pStyle w:val="Heading1"/>
      </w:pPr>
      <w:r>
        <w:t>Credential Examination and Decision Record</w:t>
      </w:r>
    </w:p>
    <w:p>
      <w:r>
        <w:t>Retain the substantive examination privately. Ordination and credential actions require authorized approval and permanent records.</w:t>
      </w:r>
    </w:p>
    <w:p>
      <w:r>
        <w:rPr>
          <w:b/>
        </w:rPr>
        <w:t>Candidate and office</w:t>
      </w:r>
    </w:p>
    <w:p>
      <w:r>
        <w:t>________________________________________________________________</w:t>
      </w:r>
    </w:p>
    <w:p>
      <w:r>
        <w:rPr>
          <w:b/>
        </w:rPr>
        <w:t>Date and method of examination</w:t>
      </w:r>
    </w:p>
    <w:p>
      <w:r>
        <w:t>________________________________________________________________</w:t>
      </w:r>
    </w:p>
    <w:p>
      <w:r>
        <w:rPr>
          <w:b/>
        </w:rPr>
        <w:t>Examining authority and participants</w:t>
      </w:r>
    </w:p>
    <w:p>
      <w:r>
        <w:t>________________________________________________________________</w:t>
      </w:r>
    </w:p>
    <w:p>
      <w:r>
        <w:rPr>
          <w:b/>
        </w:rPr>
        <w:t>Scriptural qualifications considered</w:t>
      </w:r>
    </w:p>
    <w:p>
      <w:r>
        <w:t>________________________________________________________________</w:t>
      </w:r>
    </w:p>
    <w:p>
      <w:r>
        <w:rPr>
          <w:b/>
        </w:rPr>
        <w:t>Doctrinal review findings</w:t>
      </w:r>
    </w:p>
    <w:p>
      <w:r>
        <w:t>________________________________________________________________</w:t>
      </w:r>
    </w:p>
    <w:p>
      <w:r>
        <w:rPr>
          <w:b/>
        </w:rPr>
        <w:t>Conduct household and testimony findings</w:t>
      </w:r>
    </w:p>
    <w:p>
      <w:r>
        <w:t>________________________________________________________________</w:t>
      </w:r>
    </w:p>
    <w:p>
      <w:r>
        <w:rPr>
          <w:b/>
        </w:rPr>
        <w:t>Determination and conditions if any</w:t>
      </w:r>
    </w:p>
    <w:p>
      <w:r>
        <w:t>________________________________________________________________</w:t>
      </w:r>
    </w:p>
    <w:p>
      <w:r>
        <w:rPr>
          <w:b/>
        </w:rPr>
        <w:t>Approval authority and signature</w:t>
      </w:r>
    </w:p>
    <w:p>
      <w:r>
        <w:t>________________________________________________________________</w:t>
      </w:r>
    </w:p>
    <w:p>
      <w:r>
        <w:rPr>
          <w:b/>
        </w:rPr>
        <w:t>Effective or ordination date if approved</w:t>
      </w:r>
    </w:p>
    <w:p>
      <w:r>
        <w:t>________________________________________________________________</w:t>
      </w:r>
    </w:p>
    <w:p>
      <w:r>
        <w:rPr>
          <w:b/>
        </w:rPr>
        <w:t>Permanent credential record number</w:t>
      </w:r>
    </w:p>
    <w:p>
      <w:r>
        <w:t>________________________________________________________________</w:t>
      </w:r>
    </w:p>
    <w:p>
      <w:pPr>
        <w:pStyle w:val="Caption"/>
      </w:pPr>
      <w:r>
        <w:t>This Grace Bible Churches  |  Circle of the Elders  |  Proposed blank form</w:t>
      </w:r>
    </w:p>
    <w:p>
      <w:r>
        <w:br w:type="page"/>
      </w:r>
    </w:p>
    <w:p>
      <w:pPr>
        <w:pStyle w:val="Heading1"/>
      </w:pPr>
      <w:r>
        <w:t>Ordination Certificate Form</w:t>
      </w:r>
    </w:p>
    <w:p>
      <w:r>
        <w:t>Proposed blank administrative form. Complete and issue only after approval and recorded ordination under the TGBC Credentialing Manual.</w:t>
      </w:r>
    </w:p>
    <w:p>
      <w:r>
        <w:rPr>
          <w:b/>
        </w:rPr>
        <w:t>Recipient full name</w:t>
      </w:r>
    </w:p>
    <w:p>
      <w:r>
        <w:t>________________________________________________________________</w:t>
      </w:r>
    </w:p>
    <w:p>
      <w:r>
        <w:rPr>
          <w:b/>
        </w:rPr>
        <w:t>Recognized office Bishop or Deacon</w:t>
      </w:r>
    </w:p>
    <w:p>
      <w:r>
        <w:t>________________________________________________________________</w:t>
      </w:r>
    </w:p>
    <w:p>
      <w:r>
        <w:rPr>
          <w:b/>
        </w:rPr>
        <w:t>Date and place of ordination</w:t>
      </w:r>
    </w:p>
    <w:p>
      <w:r>
        <w:t>________________________________________________________________</w:t>
      </w:r>
    </w:p>
    <w:p>
      <w:r>
        <w:rPr>
          <w:b/>
        </w:rPr>
        <w:t>Statement that TGBC recognizes the recipient following authorized examination</w:t>
      </w:r>
    </w:p>
    <w:p>
      <w:r>
        <w:t>________________________________________________________________</w:t>
      </w:r>
    </w:p>
    <w:p>
      <w:r>
        <w:rPr>
          <w:b/>
        </w:rPr>
        <w:t>Credential or permanent record number</w:t>
      </w:r>
    </w:p>
    <w:p>
      <w:r>
        <w:t>________________________________________________________________</w:t>
      </w:r>
    </w:p>
    <w:p>
      <w:r>
        <w:rPr>
          <w:b/>
        </w:rPr>
        <w:t>Authorized ecclesiastical signature and title</w:t>
      </w:r>
    </w:p>
    <w:p>
      <w:r>
        <w:t>________________________________________________________________</w:t>
      </w:r>
    </w:p>
    <w:p>
      <w:r>
        <w:rPr>
          <w:b/>
        </w:rPr>
        <w:t>Recording authority signature and date</w:t>
      </w:r>
    </w:p>
    <w:p>
      <w:r>
        <w:t>________________________________________________________________</w:t>
      </w:r>
    </w:p>
    <w:p>
      <w:pPr>
        <w:pStyle w:val="Caption"/>
      </w:pPr>
      <w:r>
        <w:t>This Grace Bible Churches  |  Circle of the Elders  |  Proposed blank form</w:t>
      </w:r>
    </w:p>
    <w:p>
      <w:r>
        <w:br w:type="page"/>
      </w:r>
    </w:p>
    <w:p>
      <w:pPr>
        <w:pStyle w:val="Heading1"/>
      </w:pPr>
      <w:r>
        <w:t>Local Assembly Recognition Certificate Form</w:t>
      </w:r>
    </w:p>
    <w:p>
      <w:r>
        <w:t>Proposed blank administrative form. Evidence of recognition follows execution of the affiliation agreement; this certificate does not replace that agreement.</w:t>
      </w:r>
    </w:p>
    <w:p>
      <w:r>
        <w:rPr>
          <w:b/>
        </w:rPr>
        <w:t>Assembly legal or ministry name</w:t>
      </w:r>
    </w:p>
    <w:p>
      <w:r>
        <w:t>________________________________________________________________</w:t>
      </w:r>
    </w:p>
    <w:p>
      <w:r>
        <w:rPr>
          <w:b/>
        </w:rPr>
        <w:t>City and state</w:t>
      </w:r>
    </w:p>
    <w:p>
      <w:r>
        <w:t>________________________________________________________________</w:t>
      </w:r>
    </w:p>
    <w:p>
      <w:r>
        <w:rPr>
          <w:b/>
        </w:rPr>
        <w:t>Primary responsible leader</w:t>
      </w:r>
    </w:p>
    <w:p>
      <w:r>
        <w:t>________________________________________________________________</w:t>
      </w:r>
    </w:p>
    <w:p>
      <w:r>
        <w:rPr>
          <w:b/>
        </w:rPr>
        <w:t>Affiliation agreement date and version</w:t>
      </w:r>
    </w:p>
    <w:p>
      <w:r>
        <w:t>________________________________________________________________</w:t>
      </w:r>
    </w:p>
    <w:p>
      <w:r>
        <w:rPr>
          <w:b/>
        </w:rPr>
        <w:t>Recognition effective date</w:t>
      </w:r>
    </w:p>
    <w:p>
      <w:r>
        <w:t>________________________________________________________________</w:t>
      </w:r>
    </w:p>
    <w:p>
      <w:r>
        <w:rPr>
          <w:b/>
        </w:rPr>
        <w:t>Recognition record number</w:t>
      </w:r>
    </w:p>
    <w:p>
      <w:r>
        <w:t>________________________________________________________________</w:t>
      </w:r>
    </w:p>
    <w:p>
      <w:r>
        <w:rPr>
          <w:b/>
        </w:rPr>
        <w:t>Applicable conditions if any</w:t>
      </w:r>
    </w:p>
    <w:p>
      <w:r>
        <w:t>________________________________________________________________</w:t>
      </w:r>
    </w:p>
    <w:p>
      <w:r>
        <w:rPr>
          <w:b/>
        </w:rPr>
        <w:t>Authorized approving signature and title</w:t>
      </w:r>
    </w:p>
    <w:p>
      <w:r>
        <w:t>________________________________________________________________</w:t>
      </w:r>
    </w:p>
    <w:p>
      <w:r>
        <w:rPr>
          <w:b/>
        </w:rPr>
        <w:t>Date issued</w:t>
      </w:r>
    </w:p>
    <w:p>
      <w:r>
        <w:t>________________________________________________________________</w:t>
      </w:r>
    </w:p>
    <w:p>
      <w:pPr>
        <w:pStyle w:val="Caption"/>
      </w:pPr>
      <w:r>
        <w:t>This Grace Bible Churches  |  Circle of the Elders  |  Proposed blank form</w:t>
      </w:r>
    </w:p>
    <w:p>
      <w:r>
        <w:br w:type="page"/>
      </w:r>
    </w:p>
    <w:p>
      <w:pPr>
        <w:pStyle w:val="Heading1"/>
      </w:pPr>
      <w:r>
        <w:t>Conflict Disclosure and Decision Record</w:t>
      </w:r>
    </w:p>
    <w:p>
      <w:r>
        <w:t>Apply the existing Conflict of Interest Policy. Record the personal interest, participation limits, and the independent action taken.</w:t>
      </w:r>
    </w:p>
    <w:p>
      <w:r>
        <w:rPr>
          <w:b/>
        </w:rPr>
        <w:t>Person making disclosure</w:t>
      </w:r>
    </w:p>
    <w:p>
      <w:r>
        <w:t>________________________________________________________________</w:t>
      </w:r>
    </w:p>
    <w:p>
      <w:r>
        <w:rPr>
          <w:b/>
        </w:rPr>
        <w:t>Matter under consideration</w:t>
      </w:r>
    </w:p>
    <w:p>
      <w:r>
        <w:t>________________________________________________________________</w:t>
      </w:r>
    </w:p>
    <w:p>
      <w:r>
        <w:rPr>
          <w:b/>
        </w:rPr>
        <w:t>Nature of financial family or other interest</w:t>
      </w:r>
    </w:p>
    <w:p>
      <w:r>
        <w:t>________________________________________________________________</w:t>
      </w:r>
    </w:p>
    <w:p>
      <w:r>
        <w:rPr>
          <w:b/>
        </w:rPr>
        <w:t>Disclosure date</w:t>
      </w:r>
    </w:p>
    <w:p>
      <w:r>
        <w:t>________________________________________________________________</w:t>
      </w:r>
    </w:p>
    <w:p>
      <w:r>
        <w:rPr>
          <w:b/>
        </w:rPr>
        <w:t>Persons reviewing the matter</w:t>
      </w:r>
    </w:p>
    <w:p>
      <w:r>
        <w:t>________________________________________________________________</w:t>
      </w:r>
    </w:p>
    <w:p>
      <w:r>
        <w:rPr>
          <w:b/>
        </w:rPr>
        <w:t>Recusal or participation limits under the policy</w:t>
      </w:r>
    </w:p>
    <w:p>
      <w:r>
        <w:t>________________________________________________________________</w:t>
      </w:r>
    </w:p>
    <w:p>
      <w:r>
        <w:rPr>
          <w:b/>
        </w:rPr>
        <w:t>Alternatives and independent review</w:t>
      </w:r>
    </w:p>
    <w:p>
      <w:r>
        <w:t>________________________________________________________________</w:t>
      </w:r>
    </w:p>
    <w:p>
      <w:r>
        <w:rPr>
          <w:b/>
        </w:rPr>
        <w:t>Decision and voting record reference</w:t>
      </w:r>
    </w:p>
    <w:p>
      <w:r>
        <w:t>________________________________________________________________</w:t>
      </w:r>
    </w:p>
    <w:p>
      <w:r>
        <w:rPr>
          <w:b/>
        </w:rPr>
        <w:t>Certifying signature and date</w:t>
      </w:r>
    </w:p>
    <w:p>
      <w:r>
        <w:t>________________________________________________________________</w:t>
      </w:r>
    </w:p>
    <w:p>
      <w:pPr>
        <w:pStyle w:val="Caption"/>
      </w:pPr>
      <w:r>
        <w:t>This Grace Bible Churches  |  Circle of the Elders  |  Proposed blank form</w:t>
      </w:r>
    </w:p>
    <w:p>
      <w:r>
        <w:br w:type="page"/>
      </w:r>
    </w:p>
    <w:p>
      <w:pPr>
        <w:pStyle w:val="Heading1"/>
      </w:pPr>
      <w:r>
        <w:t>Expense Reimbursement Record</w:t>
      </w:r>
    </w:p>
    <w:p>
      <w:r>
        <w:t>Apply the Financial Stewardship Policy. Attach receipts and record the ministry purpose and authorized approval.</w:t>
      </w:r>
    </w:p>
    <w:p>
      <w:r>
        <w:rPr>
          <w:b/>
        </w:rPr>
        <w:t>Person requesting reimbursement</w:t>
      </w:r>
    </w:p>
    <w:p>
      <w:r>
        <w:t>________________________________________________________________</w:t>
      </w:r>
    </w:p>
    <w:p>
      <w:r>
        <w:rPr>
          <w:b/>
        </w:rPr>
        <w:t>Expense dates and payees</w:t>
      </w:r>
    </w:p>
    <w:p>
      <w:r>
        <w:t>________________________________________________________________</w:t>
      </w:r>
    </w:p>
    <w:p>
      <w:r>
        <w:rPr>
          <w:b/>
        </w:rPr>
        <w:t>Ministry purpose</w:t>
      </w:r>
    </w:p>
    <w:p>
      <w:r>
        <w:t>________________________________________________________________</w:t>
      </w:r>
    </w:p>
    <w:p>
      <w:r>
        <w:rPr>
          <w:b/>
        </w:rPr>
        <w:t>Itemized amounts and total</w:t>
      </w:r>
    </w:p>
    <w:p>
      <w:r>
        <w:t>________________________________________________________________</w:t>
      </w:r>
    </w:p>
    <w:p>
      <w:r>
        <w:rPr>
          <w:b/>
        </w:rPr>
        <w:t>Receipts attached and missing-receipt explanation if any</w:t>
      </w:r>
    </w:p>
    <w:p>
      <w:r>
        <w:t>________________________________________________________________</w:t>
      </w:r>
    </w:p>
    <w:p>
      <w:r>
        <w:rPr>
          <w:b/>
        </w:rPr>
        <w:t>Budget or authorization reference</w:t>
      </w:r>
    </w:p>
    <w:p>
      <w:r>
        <w:t>________________________________________________________________</w:t>
      </w:r>
    </w:p>
    <w:p>
      <w:r>
        <w:rPr>
          <w:b/>
        </w:rPr>
        <w:t>Applicant certification signature and date</w:t>
      </w:r>
    </w:p>
    <w:p>
      <w:r>
        <w:t>________________________________________________________________</w:t>
      </w:r>
    </w:p>
    <w:p>
      <w:r>
        <w:rPr>
          <w:b/>
        </w:rPr>
        <w:t>Independent approving authority</w:t>
      </w:r>
    </w:p>
    <w:p>
      <w:r>
        <w:t>________________________________________________________________</w:t>
      </w:r>
    </w:p>
    <w:p>
      <w:r>
        <w:rPr>
          <w:b/>
        </w:rPr>
        <w:t>Payment date method and record reference</w:t>
      </w:r>
    </w:p>
    <w:p>
      <w:r>
        <w:t>________________________________________________________________</w:t>
      </w:r>
    </w:p>
    <w:p>
      <w:pPr>
        <w:pStyle w:val="Caption"/>
      </w:pPr>
      <w:r>
        <w:t>This Grace Bible Churches  |  Circle of the Elders  |  Proposed blank form</w:t>
      </w:r>
    </w:p>
    <w:p>
      <w:r>
        <w:br w:type="page"/>
      </w:r>
    </w:p>
    <w:p>
      <w:pPr>
        <w:pStyle w:val="Heading1"/>
      </w:pPr>
      <w:r>
        <w:t>Succession Selection Certification</w:t>
      </w:r>
    </w:p>
    <w:p>
      <w:r>
        <w:t>Use only when the succession conditions in the controlling documents have occurred. This form does not create a successor Founding Bishop.</w:t>
      </w:r>
    </w:p>
    <w:p>
      <w:r>
        <w:rPr>
          <w:b/>
        </w:rPr>
        <w:t>Date and basis for convening succession meeting</w:t>
      </w:r>
    </w:p>
    <w:p>
      <w:r>
        <w:t>________________________________________________________________</w:t>
      </w:r>
    </w:p>
    <w:p>
      <w:r>
        <w:rPr>
          <w:b/>
        </w:rPr>
        <w:t>Current eligible Circle membership</w:t>
      </w:r>
    </w:p>
    <w:p>
      <w:r>
        <w:t>________________________________________________________________</w:t>
      </w:r>
    </w:p>
    <w:p>
      <w:r>
        <w:rPr>
          <w:b/>
        </w:rPr>
        <w:t>Members participating and quorum determination</w:t>
      </w:r>
    </w:p>
    <w:p>
      <w:r>
        <w:t>________________________________________________________________</w:t>
      </w:r>
    </w:p>
    <w:p>
      <w:r>
        <w:rPr>
          <w:b/>
        </w:rPr>
        <w:t>Candidates examined and qualification references</w:t>
      </w:r>
    </w:p>
    <w:p>
      <w:r>
        <w:t>________________________________________________________________</w:t>
      </w:r>
    </w:p>
    <w:p>
      <w:r>
        <w:rPr>
          <w:b/>
        </w:rPr>
        <w:t>Voting rule and votes recorded</w:t>
      </w:r>
    </w:p>
    <w:p>
      <w:r>
        <w:t>________________________________________________________________</w:t>
      </w:r>
    </w:p>
    <w:p>
      <w:r>
        <w:rPr>
          <w:b/>
        </w:rPr>
        <w:t>Selected Overseeing Bishop</w:t>
      </w:r>
    </w:p>
    <w:p>
      <w:r>
        <w:t>________________________________________________________________</w:t>
      </w:r>
    </w:p>
    <w:p>
      <w:r>
        <w:rPr>
          <w:b/>
        </w:rPr>
        <w:t>Written acceptance reference and date</w:t>
      </w:r>
    </w:p>
    <w:p>
      <w:r>
        <w:t>________________________________________________________________</w:t>
      </w:r>
    </w:p>
    <w:p>
      <w:r>
        <w:rPr>
          <w:b/>
        </w:rPr>
        <w:t>Effective date</w:t>
      </w:r>
    </w:p>
    <w:p>
      <w:r>
        <w:t>________________________________________________________________</w:t>
      </w:r>
    </w:p>
    <w:p>
      <w:r>
        <w:rPr>
          <w:b/>
        </w:rPr>
        <w:t>Certifying Circle signatures</w:t>
      </w:r>
    </w:p>
    <w:p>
      <w:r>
        <w:t>________________________________________________________________</w:t>
      </w:r>
    </w:p>
    <w:p>
      <w:r>
        <w:rPr>
          <w:b/>
        </w:rPr>
        <w:t>Permanent minutes and register references</w:t>
      </w:r>
    </w:p>
    <w:p>
      <w:r>
        <w:t>________________________________________________________________</w:t>
      </w:r>
    </w:p>
    <w:p>
      <w:pPr>
        <w:pStyle w:val="Caption"/>
      </w:pPr>
      <w:r>
        <w:t>This Grace Bible Churches  |  Circle of the Elders  |  Proposed blank form</w:t>
      </w:r>
    </w:p>
    <w:p>
      <w:r>
        <w:br w:type="page"/>
      </w:r>
    </w:p>
    <w:p>
      <w:pPr>
        <w:pStyle w:val="Heading1"/>
      </w:pPr>
      <w:r>
        <w:t>Document Adoption and Amendment Record</w:t>
      </w:r>
    </w:p>
    <w:p>
      <w:r>
        <w:t>Record a completed authorized adoption or amendment. Blank fields must remain blank until supported by the actual action.</w:t>
      </w:r>
    </w:p>
    <w:p>
      <w:r>
        <w:rPr>
          <w:b/>
        </w:rPr>
        <w:t>Document title and authority level</w:t>
      </w:r>
    </w:p>
    <w:p>
      <w:r>
        <w:t>________________________________________________________________</w:t>
      </w:r>
    </w:p>
    <w:p>
      <w:r>
        <w:rPr>
          <w:b/>
        </w:rPr>
        <w:t>Version or revision date</w:t>
      </w:r>
    </w:p>
    <w:p>
      <w:r>
        <w:t>________________________________________________________________</w:t>
      </w:r>
    </w:p>
    <w:p>
      <w:r>
        <w:rPr>
          <w:b/>
        </w:rPr>
        <w:t>Adopting or amending authority</w:t>
      </w:r>
    </w:p>
    <w:p>
      <w:r>
        <w:t>________________________________________________________________</w:t>
      </w:r>
    </w:p>
    <w:p>
      <w:r>
        <w:rPr>
          <w:b/>
        </w:rPr>
        <w:t>Governing provision authorizing action</w:t>
      </w:r>
    </w:p>
    <w:p>
      <w:r>
        <w:t>________________________________________________________________</w:t>
      </w:r>
    </w:p>
    <w:p>
      <w:r>
        <w:rPr>
          <w:b/>
        </w:rPr>
        <w:t>Action date and effective date</w:t>
      </w:r>
    </w:p>
    <w:p>
      <w:r>
        <w:t>________________________________________________________________</w:t>
      </w:r>
    </w:p>
    <w:p>
      <w:r>
        <w:rPr>
          <w:b/>
        </w:rPr>
        <w:t>Resolution or minutes reference</w:t>
      </w:r>
    </w:p>
    <w:p>
      <w:r>
        <w:t>________________________________________________________________</w:t>
      </w:r>
    </w:p>
    <w:p>
      <w:r>
        <w:rPr>
          <w:b/>
        </w:rPr>
        <w:t>Required approvals and signatures</w:t>
      </w:r>
    </w:p>
    <w:p>
      <w:r>
        <w:t>________________________________________________________________</w:t>
      </w:r>
    </w:p>
    <w:p>
      <w:r>
        <w:rPr>
          <w:b/>
        </w:rPr>
        <w:t>Superseded version if any</w:t>
      </w:r>
    </w:p>
    <w:p>
      <w:r>
        <w:t>________________________________________________________________</w:t>
      </w:r>
    </w:p>
    <w:p>
      <w:r>
        <w:rPr>
          <w:b/>
        </w:rPr>
        <w:t>Custodian and record location</w:t>
      </w:r>
    </w:p>
    <w:p>
      <w:r>
        <w:t>________________________________________________________________</w:t>
      </w:r>
    </w:p>
    <w:p>
      <w:r>
        <w:rPr>
          <w:b/>
        </w:rPr>
        <w:t>Register updated by and date</w:t>
      </w:r>
    </w:p>
    <w:p>
      <w:r>
        <w:t>________________________________________________________________</w:t>
      </w:r>
    </w:p>
    <w:p>
      <w:pPr>
        <w:pStyle w:val="Caption"/>
      </w:pPr>
      <w:r>
        <w:t>This Grace Bible Churches  |  Circle of the Elders  |  Proposed blank form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TGBC Administrative Forms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